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Lighting Technician</w:t>
      </w:r>
    </w:p>
    <w:p>
      <w:pPr>
        <w:spacing w:before="0" w:after="240"/>
      </w:pPr>
      <w:r>
        <w:t>I am applying for the Lighting Technician role at [Company Name]. My experience covers rigging, focusing, console programming and show operation across live performance and events, and I would bring a steady, detail-focused approach to your production team.</w:t>
      </w:r>
    </w:p>
    <w:p>
      <w:pPr>
        <w:spacing w:before="0" w:after="240"/>
      </w:pPr>
      <w:r>
        <w:t>In a recent season I took over a rig partway through a tour after the show moved to a venue with different trim heights and a smaller power supply. I redrew the plan in Vectorworks Spotlight, re-plotted the cues on GrandMA3, and worked with the stage manager to fit the refocus into the existing bump-in schedule. The first performance went out on time, the designer's notes came back clean, and I documented the revised patch and cue stack so the next venue could load it in without starting again.</w:t>
      </w:r>
    </w:p>
    <w:p>
      <w:pPr>
        <w:spacing w:before="0" w:after="240"/>
      </w:pPr>
      <w:r>
        <w:t>Why [Company Name]? [add one genuine, specific reason: a project, value, or market position you can point to]. I want to work somewhere that takes both the creative and the safety side of lighting seriously.</w:t>
      </w:r>
    </w:p>
    <w:p>
      <w:pPr>
        <w:spacing w:before="0" w:after="240"/>
      </w:pPr>
      <w:r>
        <w:t>Thank you for considering my application. My resume is attached, and I would welcome the chance to talk through how I could support your upcoming productions.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