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Mail Sorter</w:t>
      </w:r>
    </w:p>
    <w:p>
      <w:pPr>
        <w:spacing w:before="0" w:after="240"/>
      </w:pPr>
      <w:r>
        <w:t>I am writing to apply for the Mail Sorter position at [Company Name]. With hands-on experience sorting mail in fast-paced postal depots, I am confident I can contribute to your team from day one.</w:t>
      </w:r>
    </w:p>
    <w:p>
      <w:pPr>
        <w:spacing w:before="0" w:after="240"/>
      </w:pPr>
      <w:r>
        <w:t>In my previous role, I operated automated sorting machines and manually sorted mail by postcode and delivery route. I consistently maintained a high accuracy rate, even during peak periods, and was often asked to help train new staff on scanning and labelling procedures. When a machine jam occurred, I quickly cleared it and reported the fault, which helped keep the sorting line moving and reduced delays to delivery runs.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values reliability and teamwork, and I believe my background aligns with your operational needs.</w:t>
      </w:r>
    </w:p>
    <w:p>
      <w:pPr>
        <w:spacing w:before="0" w:after="240"/>
      </w:pPr>
      <w:r>
        <w:t>Thank you for considering my application. I have attached my resume and would welcome the opportunity to discuss how I can support your sorting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