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Marine Engineer</w:t>
      </w:r>
    </w:p>
    <w:p>
      <w:pPr>
        <w:spacing w:before="0" w:after="240"/>
      </w:pPr>
      <w:r>
        <w:t>I am applying for the Marine Engineer role with [Company Name]. My experience spans the design, installation and through-life maintenance of propulsion and auxiliary machinery on vessels and marine structures, which matches the mix of drawing office work, shipyard supervision and in-service support this position calls for.</w:t>
      </w:r>
    </w:p>
    <w:p>
      <w:pPr>
        <w:spacing w:before="0" w:after="240"/>
      </w:pPr>
      <w:r>
        <w:t>In a recent refit, I prepared the drawings, specifications and calculations for the propulsion and auxiliary systems, then supervised installation and commissioning alongside the shipyard crew. I worked through the sea trial program with the surveyor and vessel operator, diagnosing and resolving a machinery fault before handover so the vessel returned to service on schedule. The work required close attention to classification and statutory requirements, and I documented the compliance evidence as the job progressed rather than leaving it to the end.</w:t>
      </w:r>
    </w:p>
    <w:p>
      <w:pPr>
        <w:spacing w:before="0" w:after="240"/>
      </w:pPr>
      <w:r>
        <w:t>Why I want to work for [Company Name]: [add one genuine, specific reason: a project, value, or market position you can point to]. I am drawn to organisations that take their engineering standards seriously across both new build and refit work, and I would like to bring my marine machinery experience to your team.</w:t>
      </w:r>
    </w:p>
    <w:p>
      <w:pPr>
        <w:spacing w:before="0" w:after="240"/>
      </w:pPr>
      <w:r>
        <w:t>Thank you for considering my application. My resume is attached and gives further detail on my design, commissioning and maintenance background. I would welcome the chance to discuss how I can contribute to your marine engineering projects.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