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Mechanic</w:t>
      </w:r>
    </w:p>
    <w:p>
      <w:pPr>
        <w:spacing w:before="0" w:after="240"/>
      </w:pPr>
      <w:r>
        <w:t>I am writing to apply for the Marine Mechanic position at [Company Name]. With a Certificate III in Marine Mechanical Technology and practical experience servicing outboard, inboard and sterndrive engines, I can diagnose faults, complete repairs and help keep your customers' vessels on the water.</w:t>
      </w:r>
    </w:p>
    <w:p>
      <w:pPr>
        <w:spacing w:before="0" w:after="240"/>
      </w:pPr>
      <w:r>
        <w:t>At a previous workshop, a charter operator brought in a diesel inboard that had been overheating for weeks. Two other mechanics had already looked at it without solving the problem. I worked through the cooling system methodically and found a partially blocked heat exchanger and a raw water pump that was failing under load. I replaced the pump, cleaned the exchanger and tested the vessel under load the same afternoon. The operator's next trip went ahead without a hitch, and they moved their seasonal servicing to our workshop.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with a team that takes pride in diagnostic work and treats every vessel, from a tinnie to a commercial charter boat, with the same care.</w:t>
      </w:r>
    </w:p>
    <w:p>
      <w:pPr>
        <w:spacing w:before="0" w:after="240"/>
      </w:pPr>
      <w:r>
        <w:t>Thank you for considering my application. My resume is attached, and I would welcome the chance to discuss how my skills and experience can support your workshop and your customers.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