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Marine Surveyor</w:t>
      </w:r>
    </w:p>
    <w:p>
      <w:pPr>
        <w:spacing w:before="0" w:after="240"/>
      </w:pPr>
      <w:r>
        <w:t>I am applying for the Marine Surveyor role at [Company Name]. With hands-on experience inspecting commercial vessels and assessing compliance against AMSA and international standards, I am confident I can contribute to your survey team from the start.</w:t>
      </w:r>
    </w:p>
    <w:p>
      <w:pPr>
        <w:spacing w:before="0" w:after="240"/>
      </w:pPr>
      <w:r>
        <w:t>In a recent survey project, I conducted structural surveys on a fleet of commercial vessels, identifying corrosion and fatigue cracks that required repair before vessels could return to service. I also investigated a marine incident involving machinery failure, prepared a detailed report and recommended changes to maintenance schedules that prevented similar failures. My reports are consistently accepted by regulators and class societies without revision.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for an organisation that takes vessel safety and environmental protection as seriously as I do.</w:t>
      </w:r>
    </w:p>
    <w:p>
      <w:pPr>
        <w:spacing w:before="0" w:after="240"/>
      </w:pPr>
      <w:r>
        <w:t>Thank you for considering my application. My resume is attached, and I welcome the opportunity to discuss how my survey experience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