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Market Researcher</w:t>
      </w:r>
    </w:p>
    <w:p>
      <w:pPr>
        <w:spacing w:before="0" w:after="240"/>
      </w:pPr>
      <w:r>
        <w:t>I'm writing to apply for the Market Researcher role at [Company Name]. I combine survey design and statistical analysis with clear reporting, which matches what this position needs: turning consumer and market data into decisions marketing and product teams can act on.</w:t>
      </w:r>
    </w:p>
    <w:p>
      <w:pPr>
        <w:spacing w:before="0" w:after="240"/>
      </w:pPr>
      <w:r>
        <w:t>In a recent project I designed and ran a segmentation survey, then analysed the results in SPSS alongside focus group transcripts to identify a consumer segment that hadn't previously been on the client's radar. Presenting the combined quantitative and qualitative findings to senior stakeholders gave the marketing team enough confidence to reprioritise a campaign around that segment before launch.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beyond the role itself.</w:t>
      </w:r>
    </w:p>
    <w:p>
      <w:pPr>
        <w:spacing w:before="0" w:after="240"/>
      </w:pPr>
      <w:r>
        <w:t>Thank you for considering my application. I've attached my resume and would welcome the chance to discuss how my research and analysis skills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