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Martial Arts Instructor</w:t>
      </w:r>
    </w:p>
    <w:p>
      <w:pPr>
        <w:spacing w:before="0" w:after="240"/>
      </w:pPr>
      <w:r>
        <w:t>I am writing to apply for the Martial Arts Instructor position at [Company Name]. With extensive experience teaching karate and jujitsu to students of all ages, I am confident I can deliver engaging, safe and effective classes that build both skill and confidence.</w:t>
      </w:r>
    </w:p>
    <w:p>
      <w:pPr>
        <w:spacing w:before="0" w:after="240"/>
      </w:pPr>
      <w:r>
        <w:t>In my current role, I introduced a structured grading preparation program that helped 12 students achieve their next belt rank on their first attempt. I also revised the junior class curriculum to include more game-based drills, which noticeably improved concentration and attendance among younger students. I take pride in creating a positive dojo culture where students feel supported to push their limits while respecting safety and etiquette.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community-focused martial arts and would welcome the chance to contribute to your programs.</w:t>
      </w:r>
    </w:p>
    <w:p>
      <w:pPr>
        <w:spacing w:before="0" w:after="240"/>
      </w:pPr>
      <w:r>
        <w:t>Thank you for considering my application. My resume is attached for your review, and I look forward to the opportunity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