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Massage Therapist</w:t>
      </w:r>
    </w:p>
    <w:p>
      <w:pPr>
        <w:spacing w:before="0" w:after="240"/>
      </w:pPr>
      <w:r>
        <w:t>I'm writing to apply for the Massage Therapist position at [Company Name]. My background in remedial and relaxation massage, combined with a steady focus on client assessment and treatment planning, matches what this role calls for.</w:t>
      </w:r>
    </w:p>
    <w:p>
      <w:pPr>
        <w:spacing w:before="0" w:after="240"/>
      </w:pPr>
      <w:r>
        <w:t>In my most recent clinical placement, I managed a full daily caseload of clients presenting with a mix of chronic tension, sports injuries and postural complaints. I adjusted technique session to session based on client feedback and progress notes, and several clients rebooked specifically to continue a treatment plan I'd built for them, which told me the assessment and communication side of the work was landing as intended.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hands-on treatment skills into a clinic where that reason matters to how the work gets done.</w:t>
      </w:r>
    </w:p>
    <w:p>
      <w:pPr>
        <w:spacing w:before="0" w:after="240"/>
      </w:pPr>
      <w:r>
        <w:t>Thank you for considering my application. I've attached my resume and would welcome the chance to discuss how I could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