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Materials Engineer</w:t>
      </w:r>
    </w:p>
    <w:p>
      <w:pPr>
        <w:spacing w:before="0" w:after="240"/>
      </w:pPr>
      <w:r>
        <w:t>I am writing to apply for the Materials Engineer role at [Company Name]. With a background in materials selection, laboratory testing and failure investigation across manufacturing and heavy industry, I can step into your team and contribute to specification and testing work from the first week.</w:t>
      </w:r>
    </w:p>
    <w:p>
      <w:pPr>
        <w:spacing w:before="0" w:after="240"/>
      </w:pPr>
      <w:r>
        <w:t>In a recent project I was asked to find out why a batch of stainless steel fittings was failing in the field earlier than expected. I ran a program of metallography, hardness testing and chloride exposure trials, compared the results with the specified grade, and identified that a supplier substitution had dropped the molybdenum content below the required threshold. The finding let the business reject the batch before installation, brief the supplier on the correct grade, and write a revised incoming materials check that now catches the same substitution at the gate.</w:t>
      </w:r>
    </w:p>
    <w:p>
      <w:pPr>
        <w:spacing w:before="0" w:after="240"/>
      </w:pPr>
      <w:r>
        <w:t>I want to work at [Company Name] because [add one genuine, specific reason: a project, value, or market position you can point to]. I am particularly interested in how your team balances material performance against cost and lead time, and I would like to bring my testing and selection experience to that work.</w:t>
      </w:r>
    </w:p>
    <w:p>
      <w:pPr>
        <w:spacing w:before="0" w:after="240"/>
      </w:pPr>
      <w:r>
        <w:t>Thank you for considering my application. My resume is attached, and I would welcome the chance to discuss how my background in materials engineering fits the work your team does.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