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Mechanical Drafter</w:t>
      </w:r>
    </w:p>
    <w:p>
      <w:pPr>
        <w:spacing w:before="0" w:after="240"/>
      </w:pPr>
      <w:r>
        <w:t>I am writing to apply for the Mechanical Drafter role at [Company Name]. With hands-on experience producing 2D drawings and 3D models for mechanical components and assemblies, I am confident I can contribute to your team from day one.</w:t>
      </w:r>
    </w:p>
    <w:p>
      <w:pPr>
        <w:spacing w:before="0" w:after="240"/>
      </w:pPr>
      <w:r>
        <w:t>In my current role, I prepare detailed fabrication drawings for a range of mechanical assemblies used in mining and utilities. One recent project required me to interpret a set of engineering sketches and produce a full 3D model of a conveyor transfer chute. By checking dimensions, tolerances and material specifications carefully, I identified a clash between the chute and an existing structural support before fabrication began. The design was adjusted, saving the project from a costly rework and keeping the installation on schedule.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values accurate, practical drawings that make life easier for the people building and maintaining the equipment.</w:t>
      </w:r>
    </w:p>
    <w:p>
      <w:pPr>
        <w:spacing w:before="0" w:after="240"/>
      </w:pPr>
      <w:r>
        <w:t>Thank you for considering my application. I have attached my resume for your review and would welcome the chance to discuss how my drafting skills can support your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