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Mechanical Engineering Technician</w:t>
      </w:r>
    </w:p>
    <w:p>
      <w:pPr>
        <w:spacing w:before="0" w:after="240"/>
      </w:pPr>
      <w:r>
        <w:t>I am applying for the Mechanical Engineering Technician role at [Company Name]. With a trade qualification and several years supporting engineers on design, testing and maintenance of mechanical plant, I can step into your team and contribute from the start.</w:t>
      </w:r>
    </w:p>
    <w:p>
      <w:pPr>
        <w:spacing w:before="0" w:after="240"/>
      </w:pPr>
      <w:r>
        <w:t>In my current role, I prepare detailed mechanical drawings in SolidWorks and AutoCAD for equipment modifications, then follow those drawings onto the floor during installation and commissioning. I recently diagnosed a recurring failure on a conveyor drive by checking alignment and bearing clearances against the design, which allowed the maintenance team to fix the root cause and keep the line running through the next production campaign.</w:t>
      </w:r>
    </w:p>
    <w:p>
      <w:pPr>
        <w:spacing w:before="0" w:after="240"/>
      </w:pPr>
      <w:r>
        <w:t>I am drawn to [Company Name] because [add one genuine, specific reason: a project, value, or market position you can point to]. I want to work somewhere that takes both technical accuracy and site safety seriously, and I see that in how you approach your projects.</w:t>
      </w:r>
    </w:p>
    <w:p>
      <w:pPr>
        <w:spacing w:before="0" w:after="240"/>
      </w:pPr>
      <w:r>
        <w:t>Thank you for considering my application. My resume is attached and I would welcome the chance to discuss how my skills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