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Mechanical Services Plumber</w:t>
      </w:r>
    </w:p>
    <w:p>
      <w:pPr>
        <w:spacing w:before="0" w:after="240"/>
      </w:pPr>
      <w:r>
        <w:t>I am writing to apply for the Mechanical Services Plumber role at [Company Name]. With my hands-on experience in installing and maintaining HVAC systems, I am confident I can contribute to your team.</w:t>
      </w:r>
    </w:p>
    <w:p>
      <w:pPr>
        <w:spacing w:before="0" w:after="240"/>
      </w:pPr>
      <w:r>
        <w:t>In my previous role, I installed chilled water pipework for a multi-level commercial building. I also tested and commissioned the system, which involved adjusting valves and pumps to achieve the specified flow and pressure. My attention to detail helped the project pass inspection without any rework, and the client noted the system ran efficiently from day one.</w:t>
      </w:r>
    </w:p>
    <w:p>
      <w:pPr>
        <w:spacing w:before="0" w:after="240"/>
      </w:pPr>
      <w:r>
        <w:t>[add one genuine, specific reason: a project, value, or market position you can point to] I am keen to bring my skills to [Company Name] and contribute to your reputation for quality mechanical services.</w:t>
      </w:r>
    </w:p>
    <w:p>
      <w:pPr>
        <w:spacing w:before="0" w:after="240"/>
      </w:pPr>
      <w:r>
        <w:t>Thank you for considering my application. I have attached my resume for your review and look forward to discussing how I can support your projects.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