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Mechanic's Assistant</w:t>
      </w:r>
    </w:p>
    <w:p>
      <w:pPr>
        <w:spacing w:before="0" w:after="240"/>
      </w:pPr>
      <w:r>
        <w:t>I am applying for the Mechanic's Assistant role at [Company Name]. With hands-on experience supporting qualified mechanics in a busy workshop, I can step in and keep servicing jobs moving from day one.</w:t>
      </w:r>
    </w:p>
    <w:p>
      <w:pPr>
        <w:spacing w:before="0" w:after="240"/>
      </w:pPr>
      <w:r>
        <w:t>In my current role, I reduced the time mechanics spent searching for parts by setting up a simple bin system for consumables and checking parts deliveries against job sheets before each service. I also took responsibility for daily hoist checks and fluid disposal, which helped the workshop pass its last safety audit with no findings. I enjoy the physical side of the job and take pride in getting vehicles back to customers safely and on time.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support your workshop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