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Mediator</w:t>
      </w:r>
    </w:p>
    <w:p>
      <w:pPr>
        <w:spacing w:before="0" w:after="240"/>
      </w:pPr>
      <w:r>
        <w:t>I am applying for the Mediator position at [Company Name]. I hold accreditation under the National Mediator Accreditation System and have facilitated negotiations across family, workplace and commercial disputes, including matters where the parties arrived certain the other side was acting in bad faith.</w:t>
      </w:r>
    </w:p>
    <w:p>
      <w:pPr>
        <w:spacing w:before="0" w:after="240"/>
      </w:pPr>
      <w:r>
        <w:t>In a previous role I inherited a three-party workplace dispute that had already been through two failed attempts at internal resolution and was heading for an external complaint. I ran separate preliminary sessions with each party, rebuilt the agenda around the interests each of them actually cared about rather than the accusations in their written statements, and held a joint session with agreed ground rules on interruptions. The parties reached a signed agreement with revised duties and a review date three sessions later, and the external complaint was withdrawn.</w:t>
      </w:r>
    </w:p>
    <w:p>
      <w:pPr>
        <w:spacing w:before="0" w:after="240"/>
      </w:pPr>
      <w:r>
        <w:t>Working for [Company Name] appeals to me because [add one genuine, specific reason: a project, value, or market position you can point to]. I would welcome the chance to bring that same care to your matters.</w:t>
      </w:r>
    </w:p>
    <w:p>
      <w:pPr>
        <w:spacing w:before="0" w:after="240"/>
      </w:pPr>
      <w:r>
        <w:t>Thank you for considering my application. My resume is attached and I would be glad to discuss my accreditation, practice areas and availability at interview.</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