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Medical Laboratory Scientist</w:t>
      </w:r>
    </w:p>
    <w:p>
      <w:pPr>
        <w:spacing w:before="0" w:after="240"/>
      </w:pPr>
      <w:r>
        <w:t>I'm writing to apply for the Medical Laboratory Scientist position at [Company Name]. My background running haematology and biochemistry analysers in a hospital pathology setting, combined with a close eye for results that sit outside reference ranges, makes me a strong fit for this role.</w:t>
      </w:r>
    </w:p>
    <w:p>
      <w:pPr>
        <w:spacing w:before="0" w:after="240"/>
      </w:pPr>
      <w:r>
        <w:t>In my most recent laboratory role, I managed the daily quality assurance and calibration schedule for haematology and biochemistry analysers, catching instrument drift before it affected reported results and keeping repeat testing to a minimum. I also took on responsibility for flagging critical results to pathologists and ward teams, working within tight turnaround windows so treatment decisions weren't held up waiting on the lab.</w:t>
      </w:r>
    </w:p>
    <w:p>
      <w:pPr>
        <w:spacing w:before="0" w:after="240"/>
      </w:pPr>
      <w:r>
        <w:t>[Company Name] [add one genuine, specific reason: a project, value, or market position you can point to], and I'd like to bring my laboratory skills into that environment.</w:t>
      </w:r>
    </w:p>
    <w:p>
      <w:pPr>
        <w:spacing w:before="0" w:after="240"/>
      </w:pPr>
      <w:r>
        <w:t>Thank you for considering my application. I've attached my resume, which sets out my technical experience and qualifications in more detail, and I'd welcome the chance to discuss how I can contribute to your laboratory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