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Medical Oncologist</w:t>
      </w:r>
    </w:p>
    <w:p>
      <w:pPr>
        <w:spacing w:before="0" w:after="240"/>
      </w:pPr>
      <w:r>
        <w:t>I am applying for the Medical Oncologist position at [Company Name]. With FRACP fellowship and current AHPRA specialist registration, I bring a decade of experience in systemic cancer treatment, multidisciplinary coordination and patient-centred goals-of-care discussions.</w:t>
      </w:r>
    </w:p>
    <w:p>
      <w:pPr>
        <w:spacing w:before="0" w:after="240"/>
      </w:pPr>
      <w:r>
        <w:t>In my current role, I led the rollout of a new immunotherapy protocol for metastatic melanoma across two hospital sites. Working with pharmacy, nursing and radiation oncology, I standardised premedication and toxicity monitoring, which cut unplanned admissions for immune-related adverse events and gave patients a clearer pathway from consent to first infusion. I also supervised chemotherapy prescribing for a 20-chair day unit and introduced a double-check process that reduced medication errors.</w:t>
      </w:r>
    </w:p>
    <w:p>
      <w:pPr>
        <w:spacing w:before="0" w:after="240"/>
      </w:pPr>
      <w:r>
        <w:t>I am drawn to [Company Name] because [add one genuine, specific reason: a project, value, or market position you can point to]. I want to contribute to a team that values both evidence-based treatment and the human side of cancer care.</w:t>
      </w:r>
    </w:p>
    <w:p>
      <w:pPr>
        <w:spacing w:before="0" w:after="240"/>
      </w:pPr>
      <w:r>
        <w:t>Thank you for considering my application. My resume is attached, and I would welcome the chance to discuss how I can contribute to your oncology service.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