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Medical Physicist</w:t>
      </w:r>
    </w:p>
    <w:p>
      <w:pPr>
        <w:spacing w:before="0" w:after="240"/>
      </w:pPr>
      <w:r>
        <w:t>I am writing to apply for the Medical Physicist position at [Company Name]. With a background in physics and clinical training through the ACPSEM program, I bring hands-on experience in radiation dosimetry, treatment planning and quality assurance that aligns with your need for safe and accurate radiation services.</w:t>
      </w:r>
    </w:p>
    <w:p>
      <w:pPr>
        <w:spacing w:before="0" w:after="240"/>
      </w:pPr>
      <w:r>
        <w:t>In my current role, I led the commissioning of a new linear accelerator, working with engineers and radiation oncologists to verify beam data and run acceptance testing. I also streamlined the monthly quality assurance schedule for a department with three treatment machines, cutting the time from two days to one while maintaining full compliance with ARPANSA requirements.</w:t>
      </w:r>
    </w:p>
    <w:p>
      <w:pPr>
        <w:spacing w:before="0" w:after="240"/>
      </w:pPr>
      <w:r>
        <w:t>I am particularly interested in [Company Name] because of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would welcome the chance to discuss how my skills in medical physics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