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Medical Receptionist</w:t>
      </w:r>
    </w:p>
    <w:p>
      <w:pPr>
        <w:spacing w:before="0" w:after="240"/>
      </w:pPr>
      <w:r>
        <w:t>I'm writing to apply for the Medical Receptionist position at [Company Name]. I have solid experience managing patient scheduling, confidential records and front-desk operations, and I understand how much a calm, organised reception sets the tone for a patient's visit.</w:t>
      </w:r>
    </w:p>
    <w:p>
      <w:pPr>
        <w:spacing w:before="0" w:after="240"/>
      </w:pPr>
      <w:r>
        <w:t>In my most recent role, I managed appointment books for several clinicians at once using practice management software, balancing urgent requests against a full schedule without disrupting the clinic's flow. I also handled Medicare and private health fund billing inquiries at the front desk, resolving payment issues on the spot so patients weren't left waiting or confused about their accounts.</w:t>
      </w:r>
    </w:p>
    <w:p>
      <w:pPr>
        <w:spacing w:before="0" w:after="240"/>
      </w:pPr>
      <w:r>
        <w:t>[add one genuine, specific reason: a project, value, or market position you can point to] is part of what draws me to [Company Name]. I want to work somewhere that takes patient care and privacy seriously, and I'd welcome the chance to bring my reception experience to a practice with that focus.</w:t>
      </w:r>
    </w:p>
    <w:p>
      <w:pPr>
        <w:spacing w:before="0" w:after="240"/>
      </w:pPr>
      <w:r>
        <w:t>Thank you for considering my application. I've attached my resume with further detail on my experience, and I'd welcome the opportunity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