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Mental Health Worker</w:t>
      </w:r>
    </w:p>
    <w:p>
      <w:pPr>
        <w:spacing w:before="0" w:after="240"/>
      </w:pPr>
      <w:r>
        <w:t>I am writing to apply for the Mental Health Worker role at [Company Name]. With a Certificate IV in Mental Health and hands-on experience supporting clients in community settings, I am confident I can contribute to your team.</w:t>
      </w:r>
    </w:p>
    <w:p>
      <w:pPr>
        <w:spacing w:before="0" w:after="240"/>
      </w:pPr>
      <w:r>
        <w:t>In my current role, I support a caseload of eight clients with complex mental health needs. One client had been socially isolated for several years and rarely left home. I worked with them at their pace, starting with weekly home visits and gradually introducing short walks and then a community gardening group. Over six months, they went from not leaving the house to attending the group weekly and taking on a small volunteer role there. I documented each step and consulted my team leader when I noticed their mood declining, which led to a timely review of their support plan.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skills in recovery-oriented support to an organisation that shares my commitment to client-led practice.</w:t>
      </w:r>
    </w:p>
    <w:p>
      <w:pPr>
        <w:spacing w:before="0" w:after="240"/>
      </w:pPr>
      <w:r>
        <w:t>Thank you for considering my application. I have attached my resume and would welcome the chance to discuss how I can support your clients and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