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Metal Fabricator</w:t>
      </w:r>
    </w:p>
    <w:p>
      <w:pPr>
        <w:spacing w:before="0" w:after="240"/>
      </w:pPr>
      <w:r>
        <w:t>I'm writing to apply for the Metal Fabricator position at [Company Name]. I hold a Certificate III in Engineering (Fabrication Trade) and have spent my career cutting, shaping and welding steel to meet engineering specifications, and I think my background lines up well with what this role needs.</w:t>
      </w:r>
    </w:p>
    <w:p>
      <w:pPr>
        <w:spacing w:before="0" w:after="240"/>
      </w:pPr>
      <w:r>
        <w:t>In a recent workshop job, I picked up a task where the original weld sequence was causing distortion in a large steel frame. I reworked the sequence, checked it against the drawing tolerances, and got the frame back within spec without scrapping the material. That kind of problem solving, reading a drawing properly and knowing when the plan on paper needs adjusting on the shop floor, is what I bring to every job.</w:t>
      </w:r>
    </w:p>
    <w:p>
      <w:pPr>
        <w:spacing w:before="0" w:after="240"/>
      </w:pPr>
      <w:r>
        <w:t>[Company Name] has [add one genuine, specific reason: a project, value, or market position you can point to], and that's part of why I want to work here rather than just anywhere with a vacancy.</w:t>
      </w:r>
    </w:p>
    <w:p>
      <w:pPr>
        <w:spacing w:before="0" w:after="240"/>
      </w:pPr>
      <w:r>
        <w:t>Thank you for considering my application. I've attached my resume with more detail on my trade background and the equipment I've worked with, and I'd welcome the chance to talk through how I could fit into your workshop.</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