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Metal Polisher</w:t>
      </w:r>
    </w:p>
    <w:p>
      <w:pPr>
        <w:spacing w:before="0" w:after="240"/>
      </w:pPr>
      <w:r>
        <w:t>I am applying for the Metal Polisher role at [Company Name]. With hands-on experience finishing stainless steel, aluminium and cast components to tight appearance and tolerance requirements, I can step onto your workshop floor and contribute from day one.</w:t>
      </w:r>
    </w:p>
    <w:p>
      <w:pPr>
        <w:spacing w:before="0" w:after="240"/>
      </w:pPr>
      <w:r>
        <w:t>In my current role, I reduced rework on a run of stainless steel handrails by changing the buffing sequence and matching abrasive compounds to the base metal. The change cut rejected lengths from several per shift to one or two, and it kept lead times steady for the fabrication team. I also use surface roughness testers and micrometers to check finishes before parts move to assembly.</w:t>
      </w:r>
    </w:p>
    <w:p>
      <w:pPr>
        <w:spacing w:before="0" w:after="240"/>
      </w:pPr>
      <w:r>
        <w:t>I want to work for [Company Name] because [add one genuine, specific reason: a project, value, or market position you can point to]. That is the kind of environment where I do my best work.</w:t>
      </w:r>
    </w:p>
    <w:p>
      <w:pPr>
        <w:spacing w:before="0" w:after="240"/>
      </w:pPr>
      <w:r>
        <w:t>Thank you for considering my application. My resume is attached, and I would welcome the chance to discuss how my finishing skills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