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Metallurgical Technician</w:t>
      </w:r>
    </w:p>
    <w:p>
      <w:pPr>
        <w:spacing w:before="0" w:after="240"/>
      </w:pPr>
      <w:r>
        <w:t>I am applying for the Metallurgical Technician role at [Company Name]. With hands-on experience in mineral processing laboratories and a strong focus on accurate sampling and analysis, I am confident I can support your metallurgists and plant operators with reliable results.</w:t>
      </w:r>
    </w:p>
    <w:p>
      <w:pPr>
        <w:spacing w:before="0" w:after="240"/>
      </w:pPr>
      <w:r>
        <w:t>In my current role, I prepare and analyse ore and concentrate samples using XRF and atomic absorption instruments. When the plant was dealing with variable recovery from a sulphide ore body, I worked with the metallurgist to adjust the sample preparation method and tightened the calibration routine. That change reduced repeat assays from three or four per batch to almost none and gave the plant team faster, clearer data to adjust reagent dosing.</w:t>
      </w:r>
    </w:p>
    <w:p>
      <w:pPr>
        <w:spacing w:before="0" w:after="240"/>
      </w:pPr>
      <w:r>
        <w:t>I want to work for [Company Name] because [add one genuine, specific reason: a project, value, or market position you can point to]. I am looking for a team where laboratory results are treated as a core part of operational decisions, and where I can keep building my skills in metallurgical accounting and process improvement.</w:t>
      </w:r>
    </w:p>
    <w:p>
      <w:pPr>
        <w:spacing w:before="0" w:after="240"/>
      </w:pPr>
      <w:r>
        <w:t>Thank you for considering my application. I have attached my resume and would welcome the chance to discuss how my laboratory and plant experience can support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