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Meter Reader</w:t>
      </w:r>
    </w:p>
    <w:p>
      <w:pPr>
        <w:spacing w:before="0" w:after="240"/>
      </w:pPr>
      <w:r>
        <w:t>I am writing to apply for the Meter Reader role at [Company Name]. With field experience reading gas, electricity and water meters across residential and commercial routes, I am confident I can meet your daily read targets and represent your utility professionally at the door.</w:t>
      </w:r>
    </w:p>
    <w:p>
      <w:pPr>
        <w:spacing w:before="0" w:after="240"/>
      </w:pPr>
      <w:r>
        <w:t>In my current field role, I cover a daily route of around 180 properties, reading meters and logging figures on a handheld terminal. I take accuracy seriously: last month I identified a tampered meter that had been understating usage for several billing cycles, and I reported it through the correct channel so the utility could follow up. I also regularly report faulty displays, locked gates and dogs on site, which helps reduce repeat visits and estimated bills.</w:t>
      </w:r>
    </w:p>
    <w:p>
      <w:pPr>
        <w:spacing w:before="0" w:after="240"/>
      </w:pPr>
      <w:r>
        <w:t>I am drawn to [Company Name] because [add one genuine, specific reason: a project, value, or market position you can point to]. I want to work somewhere that takes safety and customer service seriously, and I am ready to bring my reliable route habits and attention to detail to your team.</w:t>
      </w:r>
    </w:p>
    <w:p>
      <w:pPr>
        <w:spacing w:before="0" w:after="240"/>
      </w:pPr>
      <w:r>
        <w:t>Thank you for considering my application. I have attached my resume and would welcome the chance to discuss how I can support your metering operations.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