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Midwife</w:t>
      </w:r>
    </w:p>
    <w:p>
      <w:pPr>
        <w:spacing w:before="0" w:after="240"/>
      </w:pPr>
      <w:r>
        <w:t>I am writing to apply for the Midwife position at [Company Name]. My clinical background across antenatal, intrapartum and postnatal care, combined with a steady approach to emergency situations, makes me well suited to this role.</w:t>
      </w:r>
    </w:p>
    <w:p>
      <w:pPr>
        <w:spacing w:before="0" w:after="240"/>
      </w:pPr>
      <w:r>
        <w:t>In a previous rotation through a busy maternity unit, I managed a labour ward caseload that included several women requiring escalation to obstetric review for late decelerations on CTG. Staying calm under pressure while keeping the woman and her family informed of each decision was as important as the clinical response itself, and it is the part of midwifery I find most rewarding.</w:t>
      </w:r>
    </w:p>
    <w:p>
      <w:pPr>
        <w:spacing w:before="0" w:after="240"/>
      </w:pPr>
      <w:r>
        <w:t>What draws me to [Company Name] specifically is [add one genuine, specific reason: a project, value, or market position you can point to]. I want to work somewhere that matches the standard of care I hold myself to.</w:t>
      </w:r>
    </w:p>
    <w:p>
      <w:pPr>
        <w:spacing w:before="0" w:after="240"/>
      </w:pPr>
      <w:r>
        <w:t>Thank you for considering my application. I have attached my resume and would welcome the chance to discuss how my experience could support your maternity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