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Migration Agent</w:t>
      </w:r>
    </w:p>
    <w:p>
      <w:pPr>
        <w:spacing w:before="0" w:after="240"/>
      </w:pPr>
      <w:r>
        <w:t>I am writing to apply for the Migration Agent position at [Company Name]. My current MARA registration and hands-on experience preparing and lodging visa applications across a range of subclasses make me well suited to this role.</w:t>
      </w:r>
    </w:p>
    <w:p>
      <w:pPr>
        <w:spacing w:before="0" w:after="240"/>
      </w:pPr>
      <w:r>
        <w:t>In my recent work I managed a caseload of skilled and partner visa matters, from initial eligibility assessment through to lodgement and departmental liaison. I tracked each client's file closely through IMMI Account and case management software, and by preparing thorough supporting documentation upfront I cut down on requests for further information from the Department of Home Affairs.</w:t>
      </w:r>
    </w:p>
    <w:p>
      <w:pPr>
        <w:spacing w:before="0" w:after="240"/>
      </w:pPr>
      <w:r>
        <w:t>I am particularly interested in joining [Company Name] because [add one genuine, specific reason: a project, value, or market position you can point to]. Working within a team that takes this approach to migration practice is a strong draw for me.</w:t>
      </w:r>
    </w:p>
    <w:p>
      <w:pPr>
        <w:spacing w:before="0" w:after="240"/>
      </w:pPr>
      <w:r>
        <w:t>Thank you for considering my application. I have attached my resume, which sets out my registration details and case experience in full, and I would welcome the chance to discuss the role further.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