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Mine Deputy</w:t>
      </w:r>
    </w:p>
    <w:p>
      <w:pPr>
        <w:spacing w:before="0" w:after="240"/>
      </w:pPr>
      <w:r>
        <w:t>I am writing to apply for the Mine Deputy role at [Company Name]. With a current Deputy's Certificate of Competency and several years of underground mining experience, I am confident in my ability to supervise crews and enforce statutory safety rules in high-risk workings.</w:t>
      </w:r>
    </w:p>
    <w:p>
      <w:pPr>
        <w:spacing w:before="0" w:after="240"/>
      </w:pPr>
      <w:r>
        <w:t>In my most recent role, I conducted pre-shift inspections across a district with multiple headings. I identified a deteriorating roof condition and coordinated immediate support work. That action prevented a potential fall and allowed the crew to continue production safely. I also tested for methane and carbon monoxide at regular intervals, recorded results and issued permits and isolation instructions for maintenance tasks. My crew completed a full production cycle without a safety incident during my shift.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contribute to a team that takes statutory compliance seriously and invests in underground safety.</w:t>
      </w:r>
    </w:p>
    <w:p>
      <w:pPr>
        <w:spacing w:before="0" w:after="240"/>
      </w:pPr>
      <w:r>
        <w:t>Thank you for considering my application. I have attached my resume and look forward to discussing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