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Model</w:t>
      </w:r>
    </w:p>
    <w:p>
      <w:pPr>
        <w:spacing w:before="0" w:after="240"/>
      </w:pPr>
      <w:r>
        <w:t>I am writing to apply for the Model role at [Company Name]. With a strong background in commercial, editorial, and runway modelling, and a professional approach to castings and fittings, I am confident I can represent your brand effectively.</w:t>
      </w:r>
    </w:p>
    <w:p>
      <w:pPr>
        <w:spacing w:before="0" w:after="240"/>
      </w:pPr>
      <w:r>
        <w:t>In my previous work, I modelled for a national retail campaign, where I was responsible for showcasing a new season range across both stills and video. I worked closely with the photographer, stylist, and creative director to ensure each look was captured accurately, and the images were used across in-store displays, online, and social media for the full season. The client rebooked me for three subsequent campaigns based on my reliability and ability to take direction.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would welcome the opportunity to contribute to your upcoming work and bring your creative vision to life.</w:t>
      </w:r>
    </w:p>
    <w:p>
      <w:pPr>
        <w:spacing w:before="0" w:after="240"/>
      </w:pPr>
      <w:r>
        <w:t>Thank you for considering my application. I have attached my resume and portfolio for your review, and I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