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Mortuary Technician</w:t>
      </w:r>
    </w:p>
    <w:p>
      <w:pPr>
        <w:spacing w:before="0" w:after="240"/>
      </w:pPr>
      <w:r>
        <w:t>I am writing to apply for the Mortuary Technician role at [Company Name]. With experience preparing and caring for deceased people in a hospital mortuary and assisting pathologists during post-mortem examinations, I bring the calm, methodical approach this work requires.</w:t>
      </w:r>
    </w:p>
    <w:p>
      <w:pPr>
        <w:spacing w:before="0" w:after="240"/>
      </w:pPr>
      <w:r>
        <w:t>In my current role, I coordinate the receipt, identification and release of deceased people, often managing a caseload of more than 50 cases each week. I prepare bodies for viewing, including reconstruction and cosmetic work, and I work closely with funeral directors and coronial staff to make sure documentation and transfers are accurate. I also maintain instrument sterilisation and cold storage records, and I have introduced a simple tracking check that cut identification discrepancies on my shift to zero.</w:t>
      </w:r>
    </w:p>
    <w:p>
      <w:pPr>
        <w:spacing w:before="0" w:after="240"/>
      </w:pPr>
      <w:r>
        <w:t>I am drawn to [Company Name] because of [add one genuine, specific reason: a project, value, or market position you can point to]. I want to work somewhere that treats mortuary care as part of dignified patient and family care, and I would welcome the chance to contribute to your team.</w:t>
      </w:r>
    </w:p>
    <w:p>
      <w:pPr>
        <w:spacing w:before="0" w:after="240"/>
      </w:pPr>
      <w:r>
        <w:t>Thank you for considering my application. I have attached my resume and would be glad to discuss how my experience fits your mortuary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