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Music Therapist</w:t>
      </w:r>
    </w:p>
    <w:p>
      <w:pPr>
        <w:spacing w:before="0" w:after="240"/>
      </w:pPr>
      <w:r>
        <w:t>I am writing to apply for the Music Therapist position at [Company Name]. As a Registered Music Therapist with experience across hospital, aged care, and disability settings, I am confident I can support your clients to achieve their physical, emotional, and cognitive goals through music.</w:t>
      </w:r>
    </w:p>
    <w:p>
      <w:pPr>
        <w:spacing w:before="0" w:after="240"/>
      </w:pPr>
      <w:r>
        <w:t>In a recent role, I designed and facilitated individual and group sessions for clients with dementia, using singing, instrument playing, and songwriting to address communication and mood. One client who had become withdrawn began participating in group singing and later initiated conversations with peers. His family and care team noted this as a meaningful change in his engagement and wellbeing.</w:t>
      </w:r>
    </w:p>
    <w:p>
      <w:pPr>
        <w:spacing w:before="0" w:after="240"/>
      </w:pPr>
      <w:r>
        <w:t>I am particularly drawn to [Company Name] because [add one genuine, specific reason: a project, value, or market position you can point to]. I am eager to contribute to your team and learn from your approach to music therapy.</w:t>
      </w:r>
    </w:p>
    <w:p>
      <w:pPr>
        <w:spacing w:before="0" w:after="240"/>
      </w:pPr>
      <w:r>
        <w:t>Thank you for considering my application. My resume is attached, and I would welcome the opportunity to discuss how my skills and experience align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