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Nanny</w:t>
      </w:r>
    </w:p>
    <w:p>
      <w:pPr>
        <w:spacing w:before="0" w:after="240"/>
      </w:pPr>
      <w:r>
        <w:t>I'm writing to apply for the Nanny position with [Company Name]. I have hands-on experience running daily routines for children, from meals and school runs to age-appropriate play, and I'm looking for a family where I can bring that consistency to a longer-term role.</w:t>
      </w:r>
    </w:p>
    <w:p>
      <w:pPr>
        <w:spacing w:before="0" w:after="240"/>
      </w:pPr>
      <w:r>
        <w:t>In a previous placement I managed the after-school routine for two children with different needs: one required quiet homework time and a snack before activities, the other needed active outdoor play to settle before dinner. I built a schedule that gave both children what they needed without either one waiting, and kept the parents updated each evening on how the routine was working so we could adjust it together.</w:t>
      </w:r>
    </w:p>
    <w:p>
      <w:pPr>
        <w:spacing w:before="0" w:after="240"/>
      </w:pPr>
      <w:r>
        <w:t>What draws me to [Company Name] specifically is [add one genuine, specific reason: a project, value, or market position you can point to]. I want to work somewhere I can build a stable routine with the children rather than move between short-term placements.</w:t>
      </w:r>
    </w:p>
    <w:p>
      <w:pPr>
        <w:spacing w:before="0" w:after="240"/>
      </w:pPr>
      <w:r>
        <w:t>Thank you for considering my application. I've attached my resume with further detail on my experience, certifications and references, and I'd welcome the chance to discuss how I could support your family.</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