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Network Architect</w:t>
      </w:r>
    </w:p>
    <w:p>
      <w:pPr>
        <w:spacing w:before="0" w:after="240"/>
      </w:pPr>
      <w:r>
        <w:t>I am writing to apply for the Network Architect role at [Company Name]. With a background in designing enterprise networks across routing, switching, wireless and cloud connectivity, I bring a practical approach to turning business and security requirements into documented, buildable architectures.</w:t>
      </w:r>
    </w:p>
    <w:p>
      <w:pPr>
        <w:spacing w:before="0" w:after="240"/>
      </w:pPr>
      <w:r>
        <w:t>In my most recent role, I led the design of a multi-site network for a distributed organisation, covering 45 locations. I reviewed capacity and performance data, produced the topology and routing standards, and worked with security and project teams to phase the rollout. The design cut unplanned outages from twelve a year to four and reduced the time engineers spent troubleshooting legacy links.</w:t>
      </w:r>
    </w:p>
    <w:p>
      <w:pPr>
        <w:spacing w:before="0" w:after="240"/>
      </w:pPr>
      <w:r>
        <w:t>I am drawn to [Company Name] because [add one genuine, specific reason: a project, value, or market position you can point to]. I would welcome the chance to bring my experience in network strategy and design to your team.</w:t>
      </w:r>
    </w:p>
    <w:p>
      <w:pPr>
        <w:spacing w:before="0" w:after="240"/>
      </w:pPr>
      <w:r>
        <w:t>Thank you for considering my application. I have attached my resume, which outlines my skills in Cisco and Juniper environments, cloud connectivity and stakeholder management. I look forward to discussing how I can contribute to your network architecture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