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Nurse Educator</w:t>
      </w:r>
    </w:p>
    <w:p>
      <w:pPr>
        <w:spacing w:before="0" w:after="240"/>
      </w:pPr>
      <w:r>
        <w:t>I am writing to apply for the Nurse Educator position at [Company Name]. With current AHPRA registration as a Registered Nurse and a postgraduate qualification in nursing education, I am excited to bring my clinical and teaching experience to your team.</w:t>
      </w:r>
    </w:p>
    <w:p>
      <w:pPr>
        <w:spacing w:before="0" w:after="240"/>
      </w:pPr>
      <w:r>
        <w:t>In my current role, I led the redesign of a simulation-based learning program for final-year nursing students, incorporating Laerdal SimMan scenarios that mirror real-world acute care presentations. This involved updating curriculum materials in Canvas LMS, training sessional staff, and assessing student competence against NMBA standards. The program was well received, with student feedback highlighting improved confidence in clinical decision-making.</w:t>
      </w:r>
    </w:p>
    <w:p>
      <w:pPr>
        <w:spacing w:before="0" w:after="240"/>
      </w:pPr>
      <w:r>
        <w:t>I am particularly drawn to [Company Name] because [add one genuine, specific reason: a project, value, or market position you can point to]. I am eager to contribute to your commitment to evidence-based education and to help shape a nursing workforce that delivers safe, compassionate care.</w:t>
      </w:r>
    </w:p>
    <w:p>
      <w:pPr>
        <w:spacing w:before="0" w:after="240"/>
      </w:pPr>
      <w:r>
        <w:t>Thank you for considering my application. I have attached my resume and look forward to the opportunity to discuss how my experience in clinical education and curriculum design can support your nursing workforce.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