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Nurse Practitioner</w:t>
      </w:r>
    </w:p>
    <w:p>
      <w:pPr>
        <w:spacing w:before="0" w:after="240"/>
      </w:pPr>
      <w:r>
        <w:t>I'm writing to apply for the Nurse Practitioner position at [Company Name]. My postgraduate qualification, NMBA endorsement and experience managing complex chronic disease caseloads make me well suited to the scope of this role.</w:t>
      </w:r>
    </w:p>
    <w:p>
      <w:pPr>
        <w:spacing w:before="0" w:after="240"/>
      </w:pPr>
      <w:r>
        <w:t>In my current practice I manage patients with multiple overlapping chronic conditions, developing individualised care plans and prescribing within my endorsed scope. One case that stands out: a patient referred for uncontrolled hypertension with early signs of kidney impairment was stabilised through a revised medication regimen and a tighter monitoring schedule I designed, which kept their care within primary care rather than requiring hospital admission.</w:t>
      </w:r>
    </w:p>
    <w:p>
      <w:pPr>
        <w:spacing w:before="0" w:after="240"/>
      </w:pPr>
      <w:r>
        <w:t>[add one genuine, specific reason: a project, value, or market position you can point to] is a big part of why I'm interested in [Company Name] specifically, and I'd welcome the chance to bring my clinical background to that work.</w:t>
      </w:r>
    </w:p>
    <w:p>
      <w:pPr>
        <w:spacing w:before="0" w:after="240"/>
      </w:pPr>
      <w:r>
        <w:t>Thank you for considering my application. I've attached my resume and would welcome the opportunity to discuss how my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