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Nut Grower</w:t>
      </w:r>
    </w:p>
    <w:p>
      <w:pPr>
        <w:spacing w:before="0" w:after="240"/>
      </w:pPr>
      <w:r>
        <w:t>I am writing to apply for the Nut Grower role at [Company Name]. With hands-on experience in orchard management and a practical understanding of tree nut production, I am confident I can contribute to your operation from the first season.</w:t>
      </w:r>
    </w:p>
    <w:p>
      <w:pPr>
        <w:spacing w:before="0" w:after="240"/>
      </w:pPr>
      <w:r>
        <w:t>In my current role, I oversee irrigation and pest monitoring for a 100-hectare almond orchard. By implementing a scheduled field inspection routine and adjusting irrigation based on soil moisture readings, I reduced water usage by 12 megalitres over the season and cut pest-related crop losses to under 2 tonnes per hectare. I also operate shakers and other harvest machinery, ensuring nuts are collected efficiently and delivered to the drying floor with minimal delay.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 I am keen to bring my skills in process improvement and sustainable orchard management to your team, and I share your commitment to producing high-quality nuts for domestic and export markets.</w:t>
      </w:r>
    </w:p>
    <w:p>
      <w:pPr>
        <w:spacing w:before="0" w:after="240"/>
      </w:pPr>
      <w:r>
        <w:t>Thank you for considering my application. I have attached my resume, which provides further detail on my experience and qualifications. I look forward to the opportunity to discuss how I can support your nut growing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