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Occupational Health Nurse</w:t>
      </w:r>
    </w:p>
    <w:p>
      <w:pPr>
        <w:spacing w:before="0" w:after="240"/>
      </w:pPr>
      <w:r>
        <w:t>I am writing to apply for the Occupational Health Nurse position at [Company Name]. With my background in workplace health surveillance and injury management, I am confident I can support your workers and your safety goals.</w:t>
      </w:r>
    </w:p>
    <w:p>
      <w:pPr>
        <w:spacing w:before="0" w:after="240"/>
      </w:pPr>
      <w:r>
        <w:t>In my current role, I manage return-to-work plans for injured workers across multiple sites. One recent case involved a technician with a shoulder injury; by coordinating early intervention, suitable duties and regular reviews, I helped them return to full duties in under six weeks. I also conduct pre-employment medicals and health surveillance, including audiometry and spirometry, to catch issues early.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worker health seriously and invests in prevention, not just compliance.</w:t>
      </w:r>
    </w:p>
    <w:p>
      <w:pPr>
        <w:spacing w:before="0" w:after="240"/>
      </w:pPr>
      <w:r>
        <w:t>Thank you for considering my application. I have attached my resume and would welcome the chance to discuss how I can support your occupational health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