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Occupational Hygienist</w:t>
      </w:r>
    </w:p>
    <w:p>
      <w:pPr>
        <w:spacing w:before="0" w:after="240"/>
      </w:pPr>
      <w:r>
        <w:t>I am writing to apply for the Occupational Hygienist position at [Company Name]. With a strong background in occupational hygiene and a commitment to preventing workplace illness, I am confident I can contribute to your team's efforts in protecting worker health.</w:t>
      </w:r>
    </w:p>
    <w:p>
      <w:pPr>
        <w:spacing w:before="0" w:after="240"/>
      </w:pPr>
      <w:r>
        <w:t>In my current role, I have conducted personal monitoring for airborne contaminants such as silica dust and welding fumes across construction and manufacturing sites. On one project, I identified respirable crystalline silica exposures exceeding the Workplace Exposure Standards for a 30-person crew. I worked with site management to implement improved water suppression and on-tool extraction, and follow-up monitoring confirmed that exposures were brought below the standard. This experience has given me a practical understanding of how to evaluate controls and work with stakeholders to achieve real reductions in exposure.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expertise in exposure assessment and control to your organisation.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and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