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Occupational Therapist</w:t>
      </w:r>
    </w:p>
    <w:p>
      <w:pPr>
        <w:spacing w:before="0" w:after="240"/>
      </w:pPr>
      <w:r>
        <w:t>I'm writing to apply for the Occupational Therapist position at [Company Name]. My background in functional assessment and individualised rehabilitation planning matches the clinical and care coordination demands of this role.</w:t>
      </w:r>
    </w:p>
    <w:p>
      <w:pPr>
        <w:spacing w:before="0" w:after="240"/>
      </w:pPr>
      <w:r>
        <w:t>In a previous placement I worked with a client who had lost significant hand function after a stroke. I assessed their daily living needs, trialled several pieces of adaptive equipment, and trained both the client and their family carer in safe, consistent use of the devices at home. Within a few weeks the client was managing meal preparation independently again, which changed the level of support their family needed to provide day to day.</w:t>
      </w:r>
    </w:p>
    <w:p>
      <w:pPr>
        <w:spacing w:before="0" w:after="240"/>
      </w:pPr>
      <w:r>
        <w:t>What draws me to [Company Name] specifically is [add one genuine, specific reason: a project, value, or market position you can point to]. I want to bring my clinical assessment skills and experience coordinating care across multidisciplinary teams into that environment.</w:t>
      </w:r>
    </w:p>
    <w:p>
      <w:pPr>
        <w:spacing w:before="0" w:after="240"/>
      </w:pPr>
      <w:r>
        <w:t>Thank you for considering my application. I've attached my resume and would welcome the chance to discuss how my experience in occupational therapy assessment and treatment planning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