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Office Manager</w:t>
      </w:r>
    </w:p>
    <w:p>
      <w:pPr>
        <w:spacing w:before="0" w:after="240"/>
      </w:pPr>
      <w:r>
        <w:t>I'm writing to apply for the Office Manager role at [Company Name]. My background covers the full spread of what this position needs: scheduling and facilities coordination, payroll and leave administration, budget reporting, and day-to-day staff support, and I'd bring that operational grip to your team.</w:t>
      </w:r>
    </w:p>
    <w:p>
      <w:pPr>
        <w:spacing w:before="0" w:after="240"/>
      </w:pPr>
      <w:r>
        <w:t>In a previous role I took over supply ordering and vendor contracts that hadn't been reviewed in some time. I compared pricing across providers, renegotiated two key contracts, and set up a simple tracking sheet so future renewals wouldn't be missed. That kind of practical fix, plus staying on top of payroll deadlines and onboarding paperwork so nothing fell through the cracks, is where I add the most value.</w:t>
      </w:r>
    </w:p>
    <w:p>
      <w:pPr>
        <w:spacing w:before="0" w:after="240"/>
      </w:pPr>
      <w:r>
        <w:t>[Company Name] stood out to me because [add one genuine, specific reason: a project, value, or market position you can point to]. I want to work somewhere I can apply that same attention to detail to office operations that support the wider team, not just tick boxes.</w:t>
      </w:r>
    </w:p>
    <w:p>
      <w:pPr>
        <w:spacing w:before="0" w:after="240"/>
      </w:pPr>
      <w:r>
        <w:t>Thank you for considering my application. I've attached my resume with further detail on my experience and would welcome the chance to discuss how I could support your office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