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Optical Dispenser</w:t>
      </w:r>
    </w:p>
    <w:p>
      <w:pPr>
        <w:spacing w:before="0" w:after="240"/>
      </w:pPr>
      <w:r>
        <w:t>I'm writing to apply for the Optical Dispenser role at [Company Name]. I enjoy the mix of technical precision and customer service this job demands, and I'm confident I can fit customers accurately while helping them choose eyewear they'll actually be happy wearing.</w:t>
      </w:r>
    </w:p>
    <w:p>
      <w:pPr>
        <w:spacing w:before="0" w:after="240"/>
      </w:pPr>
      <w:r>
        <w:t>In a previous dispensing role I worked with a customer who needed progressive lenses but was anxious about the adjustment period. I took the time to measure her pupillary distance carefully, explained how the lens design would affect her vision at different distances, and booked a follow-up fitting check two weeks later. She kept the glasses and referred two family members to the practice, which is the kind of outcome I aim for with every fitting.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work somewhere that takes dispensing accuracy and patient care as seriously as I do.</w:t>
      </w:r>
    </w:p>
    <w:p>
      <w:pPr>
        <w:spacing w:before="0" w:after="240"/>
      </w:pPr>
      <w:r>
        <w:t>Thank you for considering my application. I've attached my resume and would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