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Optometrist</w:t>
      </w:r>
    </w:p>
    <w:p>
      <w:pPr>
        <w:spacing w:before="0" w:after="240"/>
      </w:pPr>
      <w:r>
        <w:t>I'm writing to apply for the Optometrist position with [Company Name]. My clinical background in comprehensive eye examinations and ocular disease detection aligns closely with the day-to-day demands of this role, and I'm keen to bring that experience to your patients.</w:t>
      </w:r>
    </w:p>
    <w:p>
      <w:pPr>
        <w:spacing w:before="0" w:after="240"/>
      </w:pPr>
      <w:r>
        <w:t>In a previous clinic setting, I picked up early signs of glaucoma during a routine tonometry and slit-lamp examination on a patient who had no prior symptoms, and coordinated a timely referral to an ophthalmologist. That case reinforced how much a careful, methodical approach to routine testing matters, for catching disease early and for the patient's long-term outcome. I bring the same attention to detail to every refraction, contact lens fitting and low-vision consultation.</w:t>
      </w:r>
    </w:p>
    <w:p>
      <w:pPr>
        <w:spacing w:before="0" w:after="240"/>
      </w:pPr>
      <w:r>
        <w:t>I'm particularly interested in working with [Company Name] because [add one genuine, specific reason: a project, value, or market position you can point to]. It's the kind of environment where I think my clinical approach and patient communication style would fit well.</w:t>
      </w:r>
    </w:p>
    <w:p>
      <w:pPr>
        <w:spacing w:before="0" w:after="240"/>
      </w:pPr>
      <w:r>
        <w:t>Thank you for considering my application. I've attached my resume with further detail on my clinical experience and registration, and I'd welcome the chance to discuss how I could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