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Oral and Maxillofacial Surgeon</w:t>
      </w:r>
    </w:p>
    <w:p>
      <w:pPr>
        <w:spacing w:before="0" w:after="240"/>
      </w:pPr>
      <w:r>
        <w:t>I am writing to apply for the role of Oral and Maxillofacial Surgeon at [Company Name]. With dual qualifications in dentistry and medicine, and specialist registration with AHPRA, I have built a career focused on restoring function and appearance for patients with complex facial and jaw conditions.</w:t>
      </w:r>
    </w:p>
    <w:p>
      <w:pPr>
        <w:spacing w:before="0" w:after="240"/>
      </w:pPr>
      <w:r>
        <w:t>In my current position at a tertiary referral hospital, I led the introduction of a 3D surgical planning protocol for orthognathic cases. By integrating CT imaging with surgical navigation, we reduced average operative time and improved post-surgical symmetry for patients undergoing jaw realignment. I also manage a high-volume facial trauma caseload, coordinating with emergency, neurosurgery and plastic surgery teams to ensure timely fracture fixation and safe recovery.</w:t>
      </w:r>
    </w:p>
    <w:p>
      <w:pPr>
        <w:spacing w:before="0" w:after="240"/>
      </w:pPr>
      <w:r>
        <w:t>I am drawn to [Company Name] because [add one genuine, specific reason: a project, value, or market position you can point to]. I am keen to contribute to a team that prioritises evidence-based practice and patient-centred care, and I believe my experience in reconstructive surgery and multidisciplinary collaboration would support your surgical services.</w:t>
      </w:r>
    </w:p>
    <w:p>
      <w:pPr>
        <w:spacing w:before="0" w:after="240"/>
      </w:pPr>
      <w:r>
        <w:t>Thank you for considering my application. I have attached my resume for your review and would welcome the chance to discuss how my skills and experience align with the needs of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