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Oral Medicine Specialist</w:t>
      </w:r>
    </w:p>
    <w:p>
      <w:pPr>
        <w:spacing w:before="0" w:after="240"/>
      </w:pPr>
      <w:r>
        <w:t>I am writing to express my interest in the Oral Medicine Specialist position at [Company Name]. With my specialist training and experience in diagnosing and managing complex oral mucosal and salivary gland conditions, I am confident I can contribute effectively to your team.</w:t>
      </w:r>
    </w:p>
    <w:p>
      <w:pPr>
        <w:spacing w:before="0" w:after="240"/>
      </w:pPr>
      <w:r>
        <w:t>In my current role, I manage a caseload of patients with chronic oral pain and oral manifestations of systemic diseases, often coordinating with rheumatologists, oncologists, and other specialists. I have performed numerous biopsies and minor surgical procedures, ensuring accurate diagnosis and timely management. My approach to care planning has helped reduce unplanned hospital admissions for patients with complex medical histories.</w:t>
      </w:r>
    </w:p>
    <w:p>
      <w:pPr>
        <w:spacing w:before="0" w:after="240"/>
      </w:pPr>
      <w:r>
        <w:t>I am particularly drawn to [Company Name] because [add one genuine, specific reason: a project, value, or market position you can point to]. I am eager to bring my skills in oral medicine to a team that values patient-centred care and innovation.</w:t>
      </w:r>
    </w:p>
    <w:p>
      <w:pPr>
        <w:spacing w:before="0" w:after="240"/>
      </w:pPr>
      <w:r>
        <w:t>Thank you for considering my application. I have attached my resume for your review and look forward to the opportunity to discuss how my experience aligns with your needs.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