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Oral Surgeon</w:t>
      </w:r>
    </w:p>
    <w:p>
      <w:pPr>
        <w:spacing w:before="0" w:after="240"/>
      </w:pPr>
      <w:r>
        <w:t>I am writing to apply for the Oral Surgeon position at [Company Name]. With specialist registration in oral surgery and experience across hospital and day surgery settings, I am confident I can contribute to your team's surgical and patient care outcomes.</w:t>
      </w:r>
    </w:p>
    <w:p>
      <w:pPr>
        <w:spacing w:before="0" w:after="240"/>
      </w:pPr>
      <w:r>
        <w:t>In my current role, I manage a weekly list of complex surgical extractions and implant placements. I introduced a pre-operative checklist and a standardised post-operative review process that reduced unplanned returns to theatre across the unit. I also supervise registrars in mandibular fracture repair, helping them build confidence in a supported environment.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my surgical and supervisory experience aligns with your service.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