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Orthodontist</w:t>
      </w:r>
    </w:p>
    <w:p>
      <w:pPr>
        <w:spacing w:before="0" w:after="240"/>
      </w:pPr>
      <w:r>
        <w:t>I am writing to apply for the Orthodontist position at [Company Name]. With specialist registration and a strong background in managing complex malocclusion and jaw growth cases, I am confident I can contribute to your team's reputation for high-quality orthodontic care.</w:t>
      </w:r>
    </w:p>
    <w:p>
      <w:pPr>
        <w:spacing w:before="0" w:after="240"/>
      </w:pPr>
      <w:r>
        <w:t>In my current role, I have been responsible for planning and delivering multi-year treatment sequences for over 200 patients, using digital scans and CBCT imaging to guide precise appliance placement. I have worked closely with oral and maxillofacial surgeons on surgical orthodontic cases, ensuring seamless coordination from pre-surgical planning through to post-surgical review. My focus on patient education and compliance support has helped maintain a high rate of on-time treatment completion.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clinical and leadership skills to a practice that shares my commitment to evidence-based orthodontics and patient-centred care.</w:t>
      </w:r>
    </w:p>
    <w:p>
      <w:pPr>
        <w:spacing w:before="0" w:after="240"/>
      </w:pPr>
      <w:r>
        <w:t>Thank you for considering my application. I have attached my resume and would welcome the opportunity to discuss how my experience aligns with your needs. I look forward to speaking with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