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Out of School Hours Care Educator</w:t>
      </w:r>
    </w:p>
    <w:p>
      <w:pPr>
        <w:spacing w:before="0" w:after="240"/>
      </w:pPr>
      <w:r>
        <w:t>I am writing to apply for the Out of School Hours Care Educator position at [Company Name]. With hands-on experience in before and after school care and vacation programs, I am confident I can provide the safe, engaging environment your families rely on.</w:t>
      </w:r>
    </w:p>
    <w:p>
      <w:pPr>
        <w:spacing w:before="0" w:after="240"/>
      </w:pPr>
      <w:r>
        <w:t>In my current role, I supervise up to 30 children during after school care and lead a weekly cooking club that has become a highlight for many of them. I also streamlined the afternoon routine, cutting the time from arrival to snack from twenty minutes to ten, which helped children settle into activities more quickly and gave families a smoother pick-up experience.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child-led learning and would welcome the chance to contribute to your program.</w:t>
      </w:r>
    </w:p>
    <w:p>
      <w:pPr>
        <w:spacing w:before="0" w:after="240"/>
      </w:pPr>
      <w:r>
        <w:t>Thank you for considering my application. I have attached my resume and look forward to discussing how I can support your OSHC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