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Outdoor Adventure Guide</w:t>
      </w:r>
    </w:p>
    <w:p>
      <w:pPr>
        <w:spacing w:before="0" w:after="240"/>
      </w:pPr>
      <w:r>
        <w:t>I'm writing to apply for the Outdoor Adventure Guide position at [Company Name]. I've spent seasons leading hiking, climbing and paddling groups through variable Australian terrain, and the mix of instruction, risk management and group leadership in this role suits the way I already work.</w:t>
      </w:r>
    </w:p>
    <w:p>
      <w:pPr>
        <w:spacing w:before="0" w:after="240"/>
      </w:pPr>
      <w:r>
        <w:t>On a recent multi-day trip, a sudden change in weather forced a route change midway through a canyoning descent. I reassessed the group's fitness and the terrain, briefed everyone on the revised plan, and got the group to shelter before conditions worsened. No one was hurt and the trip continued the next day. That's the kind of judgement I bring to every itinerary I plan and every briefing I run.</w:t>
      </w:r>
    </w:p>
    <w:p>
      <w:pPr>
        <w:spacing w:before="0" w:after="240"/>
      </w:pPr>
      <w:r>
        <w:t>[Company Name] [add one genuine, specific reason: a project, value, or market position you can point to], and that's the kind of program I want to be part of.</w:t>
      </w:r>
    </w:p>
    <w:p>
      <w:pPr>
        <w:spacing w:before="0" w:after="240"/>
      </w:pPr>
      <w:r>
        <w:t>Thank you for considering my application. I've attached my resume with more detail on my qualifications and experience, and I'd welcome the chance to discuss how I can contribute to your guiding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