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Paediatrician</w:t>
      </w:r>
    </w:p>
    <w:p>
      <w:pPr>
        <w:spacing w:before="0" w:after="240"/>
      </w:pPr>
      <w:r>
        <w:t>I am writing to express my interest in the Paediatrician position at [Company Name]. With fellowship training through the Royal Australasian College of Physicians and experience caring for children across hospital and community settings, I am confident I can contribute to your team's commitment to excellent paediatric care.</w:t>
      </w:r>
    </w:p>
    <w:p>
      <w:pPr>
        <w:spacing w:before="0" w:after="240"/>
      </w:pPr>
      <w:r>
        <w:t>In my current role, I manage a diverse caseload of infants, children and adolescents with acute and chronic conditions. I recently led a quality improvement project to standardise developmental screening in a busy outpatient clinic, which improved early identification of delays and streamlined referrals to allied health. I also work closely with nursing and allied health colleagues to develop individualised care plans, and I regularly advise parents and carers on nutrition, injury prevention and managing common childhood illnesses.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focus on family-centred care and would welcome the opportunity to contribute to your paediatric services.</w:t>
      </w:r>
    </w:p>
    <w:p>
      <w:pPr>
        <w:spacing w:before="0" w:after="240"/>
      </w:pPr>
      <w:r>
        <w:t>Thank you for considering my application. My resume is attached, and I would appreciate the opportunity to discuss how my skills and experience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