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Panel Beater</w:t>
      </w:r>
    </w:p>
    <w:p>
      <w:pPr>
        <w:spacing w:before="0" w:after="240"/>
      </w:pPr>
      <w:r>
        <w:t>I'm writing to apply for the Panel Beater position at [Company Name]. I hold a Certificate III in Automotive Body Repair Technology and have spent my apprenticeship and subsequent years straightening, welding and refinishing vehicle bodywork, and I'd bring that experience directly to your workshop.</w:t>
      </w:r>
    </w:p>
    <w:p>
      <w:pPr>
        <w:spacing w:before="0" w:after="240"/>
      </w:pPr>
      <w:r>
        <w:t>In a recent repair job, I identified that a rear quarter panel had been misaligned during a previous repair attempt, re-measured the chassis using a laser alignment gauge, and corrected the fault before it caused ongoing panel gaps and paint issues down the track. That kind of thorough measurement work before cutting or welding anything is something I apply to every job, whether it's a minor dent or a full structural rebuild.</w:t>
      </w:r>
    </w:p>
    <w:p>
      <w:pPr>
        <w:spacing w:before="0" w:after="240"/>
      </w:pPr>
      <w:r>
        <w:t>I'm keen to work at [Company Name] because [add one genuine, specific reason: a project, value, or market position you can point to]. I understand workshops need tradespeople who can get straight into productive work, and I'm confident I can do that from day one.</w:t>
      </w:r>
    </w:p>
    <w:p>
      <w:pPr>
        <w:spacing w:before="0" w:after="240"/>
      </w:pPr>
      <w:r>
        <w:t>Thank you for considering my application. I've attached my resume with further detail on my trade experience and would welcome the chance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