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Paraplanner</w:t>
      </w:r>
    </w:p>
    <w:p>
      <w:pPr>
        <w:spacing w:before="0" w:after="240"/>
      </w:pPr>
      <w:r>
        <w:t>I am writing to apply for the Paraplanner position at [Company Name]. With a strong background in financial analysis and a meticulous approach to compliance, I am confident I can support your advisory team in preparing accurate, client-focused financial plans.</w:t>
      </w:r>
    </w:p>
    <w:p>
      <w:pPr>
        <w:spacing w:before="0" w:after="240"/>
      </w:pPr>
      <w:r>
        <w:t>In my current role, I prepare draft financial plans and supporting analysis for a team of planners. Recently, I researched superannuation and investment options for a client approaching retirement, identifying a tax-effective strategy that reduced their projected tax liability while aligning with their risk profile. The planner was able to present the recommendation with confidence, and the client proceeded without further adjustments.</w:t>
      </w:r>
    </w:p>
    <w:p>
      <w:pPr>
        <w:spacing w:before="0" w:after="240"/>
      </w:pPr>
      <w:r>
        <w:t>I am particularly interested in [Company Name] because [add one genuine, specific reason: a project, value, or market position you can point to]. I also value the opportunity to work within a firm that prioritises compliance and client outcomes.</w:t>
      </w:r>
    </w:p>
    <w:p>
      <w:pPr>
        <w:spacing w:before="0" w:after="240"/>
      </w:pPr>
      <w:r>
        <w:t>Thank you for considering my application. My resume is attached, and I look forward to the opportunity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