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Partnership Manager</w:t>
      </w:r>
    </w:p>
    <w:p>
      <w:pPr>
        <w:spacing w:before="0" w:after="240"/>
      </w:pPr>
      <w:r>
        <w:t>I am applying for the Partnership Manager role at [Company Name]. With a background in account management and business development, I have built and managed partnerships that deliver revenue and expand market reach, and I am confident I can do the same for your team.</w:t>
      </w:r>
    </w:p>
    <w:p>
      <w:pPr>
        <w:spacing w:before="0" w:after="240"/>
      </w:pPr>
      <w:r>
        <w:t>In my current role, I identified a complementary technology partner and led negotiations on a joint go-to-market agreement that opened a new customer segment for both organisations. I then managed the relationship day to day, running quarterly business reviews, resolving a billing integration issue that threatened the partnership, and renegotiating the revenue share once volumes exceeded our initial forecasts. The partnership became a repeatable source of qualified leads and a reference case for other deals.</w:t>
      </w:r>
    </w:p>
    <w:p>
      <w:pPr>
        <w:spacing w:before="0" w:after="240"/>
      </w:pPr>
      <w:r>
        <w:t>I am drawn to [Company Name] because of [add one genuine, specific reason: a project, value, or market position you can point to]. I want to bring my negotiation and relationship management skills to a business where partnerships are treated as a core growth channel, not an afterthought.</w:t>
      </w:r>
    </w:p>
    <w:p>
      <w:pPr>
        <w:spacing w:before="0" w:after="240"/>
      </w:pPr>
      <w:r>
        <w:t>Thank you for considering my application. I have attached my resume and would welcome the opportunity to discuss how I can contribute to your partnership strategy.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